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ptos" w:hAnsi="Aptos"/>
          <w:b/>
          <w:color w:val="5A5A5A"/>
          <w:sz w:val="24"/>
        </w:rPr>
        <w:t>BUSINESS ANALYST</w:t>
      </w:r>
    </w:p>
    <w:p>
      <w:pPr>
        <w:pStyle w:val="Title"/>
        <w:jc w:val="center"/>
      </w:pPr>
      <w:r>
        <w:t>Portfolio Project Template</w:t>
      </w:r>
    </w:p>
    <w:p>
      <w:pPr>
        <w:jc w:val="center"/>
      </w:pPr>
      <w:r>
        <w:rPr>
          <w:i/>
          <w:sz w:val="24"/>
        </w:rPr>
        <w:t>A reusable structure for turning a real or simulated problem into evidence of Business Analysis capability.</w:t>
      </w:r>
    </w:p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  <w:shd w:fill="F2F2F2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Project title</w:t>
            </w:r>
          </w:p>
        </w:tc>
        <w:tc>
          <w:tcPr>
            <w:tcW w:type="dxa" w:w="504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</w:p>
        </w:tc>
      </w:tr>
      <w:tr>
        <w:tc>
          <w:tcPr>
            <w:tcW w:type="dxa" w:w="5040"/>
            <w:shd w:fill="F2F2F2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Domain</w:t>
            </w:r>
          </w:p>
        </w:tc>
        <w:tc>
          <w:tcPr>
            <w:tcW w:type="dxa" w:w="504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</w:p>
        </w:tc>
      </w:tr>
      <w:tr>
        <w:tc>
          <w:tcPr>
            <w:tcW w:type="dxa" w:w="5040"/>
            <w:shd w:fill="F2F2F2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Date</w:t>
            </w:r>
          </w:p>
        </w:tc>
        <w:tc>
          <w:tcPr>
            <w:tcW w:type="dxa" w:w="504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</w:p>
        </w:tc>
      </w:tr>
      <w:tr>
        <w:tc>
          <w:tcPr>
            <w:tcW w:type="dxa" w:w="5040"/>
            <w:shd w:fill="F2F2F2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Your role</w:t>
            </w:r>
          </w:p>
        </w:tc>
        <w:tc>
          <w:tcPr>
            <w:tcW w:type="dxa" w:w="504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Business Analyst (simulated/project)</w:t>
            </w:r>
          </w:p>
        </w:tc>
      </w:tr>
    </w:tbl>
    <w:p/>
    <w:p>
      <w:r>
        <w:rPr>
          <w:b/>
          <w:sz w:val="28"/>
        </w:rPr>
        <w:t>How to use it</w:t>
      </w:r>
    </w:p>
    <w:p>
      <w:r>
        <w:t>Replace the prompts with your own analysis. Add diagrams, tables, queries, wireframes, screenshots, or sample data where useful. For simulated projects, label assumptions and invented data clearly.</w:t>
      </w:r>
    </w:p>
    <w:p>
      <w:r>
        <w:br w:type="page"/>
      </w:r>
    </w:p>
    <w:p>
      <w:pPr>
        <w:pStyle w:val="Heading1"/>
      </w:pPr>
      <w:r>
        <w:t>1. Problem Statement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4F6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i/>
                <w:sz w:val="19"/>
              </w:rPr>
              <w:t>Write the problem without jumping to a solution. A useful structure: [Who] is experiencing [problem], causing [impact].</w:t>
            </w:r>
          </w:p>
        </w:tc>
      </w:tr>
    </w:tbl>
    <w:p/>
    <w:p>
      <w:r>
        <w:rPr>
          <w:b/>
        </w:rPr>
        <w:t>What is happening?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r>
        <w:rPr>
          <w:b/>
        </w:rPr>
        <w:t>Why does it matter?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r>
        <w:rPr>
          <w:b/>
        </w:rPr>
        <w:t>Who is affected?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r>
        <w:rPr>
          <w:b/>
        </w:rPr>
        <w:t>What evidence suggests this is a real problem?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r>
        <w:rPr>
          <w:b/>
        </w:rPr>
        <w:t>Artifacts / Evidence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r>
        <w:br w:type="page"/>
      </w:r>
    </w:p>
    <w:p>
      <w:pPr>
        <w:pStyle w:val="Heading1"/>
      </w:pPr>
      <w:r>
        <w:t>2. Context and Scope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4F6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i/>
                <w:sz w:val="19"/>
              </w:rPr>
              <w:t>Keep scope narrow enough that you can finish the case study properly.</w:t>
            </w:r>
          </w:p>
        </w:tc>
      </w:tr>
    </w:tbl>
    <w:p/>
    <w:p>
      <w:r>
        <w:rPr>
          <w:b/>
        </w:rPr>
        <w:t>What product, process, service, or system are you analysing?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r>
        <w:rPr>
          <w:b/>
        </w:rPr>
        <w:t>What is in scope?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r>
        <w:rPr>
          <w:b/>
        </w:rPr>
        <w:t>What is explicitly out of scope?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r>
        <w:rPr>
          <w:b/>
        </w:rPr>
        <w:t>What assumptions are you making?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r>
        <w:rPr>
          <w:b/>
        </w:rPr>
        <w:t>Artifacts / Evidence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r>
        <w:br w:type="page"/>
      </w:r>
    </w:p>
    <w:p>
      <w:pPr>
        <w:pStyle w:val="Heading1"/>
      </w:pPr>
      <w:r>
        <w:t>3. Stakeholder Map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4F6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i/>
                <w:sz w:val="19"/>
              </w:rPr>
              <w:t>Add each stakeholder's goal, concern, influence, and information needed from them.</w:t>
            </w:r>
          </w:p>
        </w:tc>
      </w:tr>
    </w:tbl>
    <w:p/>
    <w:p>
      <w:r>
        <w:rPr>
          <w:b/>
        </w:rPr>
        <w:t>Who uses the process?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r>
        <w:rPr>
          <w:b/>
        </w:rPr>
        <w:t>Who owns it?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r>
        <w:rPr>
          <w:b/>
        </w:rPr>
        <w:t>Who approves changes?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r>
        <w:rPr>
          <w:b/>
        </w:rPr>
        <w:t>Who builds and supports it?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r>
        <w:rPr>
          <w:b/>
        </w:rPr>
        <w:t>Who regulates or controls it?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r>
        <w:rPr>
          <w:b/>
        </w:rPr>
        <w:t>Who gets the call when it breaks?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r>
        <w:rPr>
          <w:b/>
        </w:rPr>
        <w:t>Artifacts / Evidence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r>
        <w:br w:type="page"/>
      </w:r>
    </w:p>
    <w:p>
      <w:pPr>
        <w:pStyle w:val="Heading1"/>
      </w:pPr>
      <w:r>
        <w:t>4. As-Is Process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4F6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i/>
                <w:sz w:val="19"/>
              </w:rPr>
              <w:t>Draw a simple flowchart or swimlane and add it to your portfolio.</w:t>
            </w:r>
          </w:p>
        </w:tc>
      </w:tr>
    </w:tbl>
    <w:p/>
    <w:p>
      <w:r>
        <w:rPr>
          <w:b/>
        </w:rPr>
        <w:t>What triggers the process?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r>
        <w:rPr>
          <w:b/>
        </w:rPr>
        <w:t>What are the main steps?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r>
        <w:rPr>
          <w:b/>
        </w:rPr>
        <w:t>Where are the decisions and handoffs?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r>
        <w:rPr>
          <w:b/>
        </w:rPr>
        <w:t>Which systems are involved?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r>
        <w:rPr>
          <w:b/>
        </w:rPr>
        <w:t>Where can the process fail?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r>
        <w:rPr>
          <w:b/>
        </w:rPr>
        <w:t>Artifacts / Evidence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r>
        <w:br w:type="page"/>
      </w:r>
    </w:p>
    <w:p>
      <w:pPr>
        <w:pStyle w:val="Heading1"/>
      </w:pPr>
      <w:r>
        <w:t>5. Evidence and Observations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4F6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i/>
                <w:sz w:val="19"/>
              </w:rPr>
              <w:t>For a simulated project, clearly label invented data as sample or assumed data.</w:t>
            </w:r>
          </w:p>
        </w:tc>
      </w:tr>
    </w:tbl>
    <w:p/>
    <w:p>
      <w:r>
        <w:rPr>
          <w:b/>
        </w:rPr>
        <w:t>What sample data, complaints, timings, screenshots, policies, or observations do you have?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r>
        <w:rPr>
          <w:b/>
        </w:rPr>
        <w:t>What is fact versus assumption?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r>
        <w:rPr>
          <w:b/>
        </w:rPr>
        <w:t>What information is still missing?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r>
        <w:rPr>
          <w:b/>
        </w:rPr>
        <w:t>Artifacts / Evidence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r>
        <w:br w:type="page"/>
      </w:r>
    </w:p>
    <w:p>
      <w:pPr>
        <w:pStyle w:val="Heading1"/>
      </w:pPr>
      <w:r>
        <w:t>6. Pain Points and Root Cause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4F6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i/>
                <w:sz w:val="19"/>
              </w:rPr>
              <w:t>Use 5 Whys, cause-and-effect analysis, or a simple hypothesis table if useful.</w:t>
            </w:r>
          </w:p>
        </w:tc>
      </w:tr>
    </w:tbl>
    <w:p/>
    <w:p>
      <w:r>
        <w:rPr>
          <w:b/>
        </w:rPr>
        <w:t>Where is the process slow, confusing, risky, manual, or error-prone?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r>
        <w:rPr>
          <w:b/>
        </w:rPr>
        <w:t>What is the likely root cause?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r>
        <w:rPr>
          <w:b/>
        </w:rPr>
        <w:t>What alternative explanations should be tested?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r>
        <w:rPr>
          <w:b/>
        </w:rPr>
        <w:t>Artifacts / Evidence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r>
        <w:br w:type="page"/>
      </w:r>
    </w:p>
    <w:p>
      <w:pPr>
        <w:pStyle w:val="Heading1"/>
      </w:pPr>
      <w:r>
        <w:t>7. To-Be Process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4F6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i/>
                <w:sz w:val="19"/>
              </w:rPr>
              <w:t>Show the future-state process and highlight what changed from As-Is.</w:t>
            </w:r>
          </w:p>
        </w:tc>
      </w:tr>
    </w:tbl>
    <w:p/>
    <w:p>
      <w:r>
        <w:rPr>
          <w:b/>
        </w:rPr>
        <w:t>What should happen instead?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r>
        <w:rPr>
          <w:b/>
        </w:rPr>
        <w:t>Which steps disappear, change, or become automated?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r>
        <w:rPr>
          <w:b/>
        </w:rPr>
        <w:t>What new controls or validations are needed?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r>
        <w:rPr>
          <w:b/>
        </w:rPr>
        <w:t>What new risks does the change introduce?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r>
        <w:rPr>
          <w:b/>
        </w:rPr>
        <w:t>Artifacts / Evidence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r>
        <w:br w:type="page"/>
      </w:r>
    </w:p>
    <w:p>
      <w:pPr>
        <w:pStyle w:val="Heading1"/>
      </w:pPr>
      <w:r>
        <w:t>8. Requirements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4F6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i/>
                <w:sz w:val="19"/>
              </w:rPr>
              <w:t>Make each requirement clear, necessary, feasible, and testable.</w:t>
            </w:r>
          </w:p>
        </w:tc>
      </w:tr>
    </w:tbl>
    <w:p/>
    <w:p>
      <w:r>
        <w:rPr>
          <w:b/>
        </w:rPr>
        <w:t>Business requirements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r>
        <w:rPr>
          <w:b/>
        </w:rPr>
        <w:t>Stakeholder requirements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r>
        <w:rPr>
          <w:b/>
        </w:rPr>
        <w:t>Functional requirements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r>
        <w:rPr>
          <w:b/>
        </w:rPr>
        <w:t>Non-functional requirements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r>
        <w:rPr>
          <w:b/>
        </w:rPr>
        <w:t>Business rules and constraints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r>
        <w:rPr>
          <w:b/>
        </w:rPr>
        <w:t>Artifacts / Evidence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r>
        <w:br w:type="page"/>
      </w:r>
    </w:p>
    <w:p>
      <w:pPr>
        <w:pStyle w:val="Heading1"/>
      </w:pPr>
      <w:r>
        <w:t>9. User Stories and Acceptance Criteria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4F6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i/>
                <w:sz w:val="19"/>
              </w:rPr>
              <w:t>Story format: As a [user], I want [capability], so that [benefit]. Add Given/When/Then acceptance criteria where useful.</w:t>
            </w:r>
          </w:p>
        </w:tc>
      </w:tr>
    </w:tbl>
    <w:p/>
    <w:p>
      <w:r>
        <w:rPr>
          <w:b/>
        </w:rPr>
        <w:t>Who is the user?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r>
        <w:rPr>
          <w:b/>
        </w:rPr>
        <w:t>What do they need to do?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r>
        <w:rPr>
          <w:b/>
        </w:rPr>
        <w:t>Why does it matter?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r>
        <w:rPr>
          <w:b/>
        </w:rPr>
        <w:t>What conditions prove the story is complete?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r>
        <w:rPr>
          <w:b/>
        </w:rPr>
        <w:t>Artifacts / Evidence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r>
        <w:br w:type="page"/>
      </w:r>
    </w:p>
    <w:p>
      <w:pPr>
        <w:pStyle w:val="Heading1"/>
      </w:pPr>
      <w:r>
        <w:t>10. Exceptions and Edge Cases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4F6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i/>
                <w:sz w:val="19"/>
              </w:rPr>
              <w:t>Strong BA work explains failure behaviour, not only the happy path.</w:t>
            </w:r>
          </w:p>
        </w:tc>
      </w:tr>
    </w:tbl>
    <w:p/>
    <w:p>
      <w:r>
        <w:rPr>
          <w:b/>
        </w:rPr>
        <w:t>What if data is missing or invalid?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r>
        <w:rPr>
          <w:b/>
        </w:rPr>
        <w:t>What if a system times out?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r>
        <w:rPr>
          <w:b/>
        </w:rPr>
        <w:t>What if the same request is submitted twice?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r>
        <w:rPr>
          <w:b/>
        </w:rPr>
        <w:t>What if a downstream system is unavailable?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r>
        <w:rPr>
          <w:b/>
        </w:rPr>
        <w:t>What if the process reaches an unexpected state?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r>
        <w:rPr>
          <w:b/>
        </w:rPr>
        <w:t>Artifacts / Evidence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r>
        <w:br w:type="page"/>
      </w:r>
    </w:p>
    <w:p>
      <w:pPr>
        <w:pStyle w:val="Heading1"/>
      </w:pPr>
      <w:r>
        <w:t>11. Data and System Interaction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4F6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i/>
                <w:sz w:val="19"/>
              </w:rPr>
              <w:t>Add a context diagram, simple data model, API sketch, or mapping table if relevant.</w:t>
            </w:r>
          </w:p>
        </w:tc>
      </w:tr>
    </w:tbl>
    <w:p/>
    <w:p>
      <w:r>
        <w:rPr>
          <w:b/>
        </w:rPr>
        <w:t>Which systems exchange information?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r>
        <w:rPr>
          <w:b/>
        </w:rPr>
        <w:t>What data moves between them?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r>
        <w:rPr>
          <w:b/>
        </w:rPr>
        <w:t>What are the key identifiers?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r>
        <w:rPr>
          <w:b/>
        </w:rPr>
        <w:t>What validations are required?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r>
        <w:rPr>
          <w:b/>
        </w:rPr>
        <w:t>Is processing real-time or batch?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r>
        <w:rPr>
          <w:b/>
        </w:rPr>
        <w:t>How are retries, reconciliation, and duplicate prevention handled?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r>
        <w:rPr>
          <w:b/>
        </w:rPr>
        <w:t>Artifacts / Evidence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r>
        <w:br w:type="page"/>
      </w:r>
    </w:p>
    <w:p>
      <w:pPr>
        <w:pStyle w:val="Heading1"/>
      </w:pPr>
      <w:r>
        <w:t>12. UAT Scenarios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4F6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i/>
                <w:sz w:val="19"/>
              </w:rPr>
              <w:t>Cover both expected behaviour and important failures.</w:t>
            </w:r>
          </w:p>
        </w:tc>
      </w:tr>
    </w:tbl>
    <w:p/>
    <w:p>
      <w:r>
        <w:rPr>
          <w:b/>
        </w:rPr>
        <w:t>What must work on the happy path?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r>
        <w:rPr>
          <w:b/>
        </w:rPr>
        <w:t>Which negative scenarios must be tested?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r>
        <w:rPr>
          <w:b/>
        </w:rPr>
        <w:t>Which boundary conditions matter?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r>
        <w:rPr>
          <w:b/>
        </w:rPr>
        <w:t>What test data is needed?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r>
        <w:rPr>
          <w:b/>
        </w:rPr>
        <w:t>What is the expected result?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r>
        <w:rPr>
          <w:b/>
        </w:rPr>
        <w:t>Artifacts / Evidence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r>
        <w:br w:type="page"/>
      </w:r>
    </w:p>
    <w:p>
      <w:pPr>
        <w:pStyle w:val="Heading1"/>
      </w:pPr>
      <w:r>
        <w:t>13. Success Metrics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4F6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i/>
                <w:sz w:val="19"/>
              </w:rPr>
              <w:t>Examples: completion time, failure rate, abandonment rate, manual touches, defect rate, reconciliation breaks.</w:t>
            </w:r>
          </w:p>
        </w:tc>
      </w:tr>
    </w:tbl>
    <w:p/>
    <w:p>
      <w:r>
        <w:rPr>
          <w:b/>
        </w:rPr>
        <w:t>How will you know the change worked?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r>
        <w:rPr>
          <w:b/>
        </w:rPr>
        <w:t>What baseline would you compare against?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r>
        <w:rPr>
          <w:b/>
        </w:rPr>
        <w:t>Which operational, customer, financial, risk, or quality measures matter?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r>
        <w:rPr>
          <w:b/>
        </w:rPr>
        <w:t>Artifacts / Evidence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r>
        <w:br w:type="page"/>
      </w:r>
    </w:p>
    <w:p>
      <w:pPr>
        <w:pStyle w:val="Heading1"/>
      </w:pPr>
      <w:r>
        <w:t>14. Recommendation and Trade-offs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4F6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i/>
                <w:sz w:val="19"/>
              </w:rPr>
              <w:t>Your reasoning is more valuable than pretending there is one perfect answer.</w:t>
            </w:r>
          </w:p>
        </w:tc>
      </w:tr>
    </w:tbl>
    <w:p/>
    <w:p>
      <w:r>
        <w:rPr>
          <w:b/>
        </w:rPr>
        <w:t>What would you change first?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r>
        <w:rPr>
          <w:b/>
        </w:rPr>
        <w:t>Why this option?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r>
        <w:rPr>
          <w:b/>
        </w:rPr>
        <w:t>What alternatives did you consider?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r>
        <w:rPr>
          <w:b/>
        </w:rPr>
        <w:t>What are the trade-offs, risks, dependencies, and next steps?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r>
        <w:rPr>
          <w:b/>
        </w:rPr>
        <w:t>Artifacts / Evidence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r>
        <w:br w:type="page"/>
      </w:r>
    </w:p>
    <w:p>
      <w:pPr>
        <w:pStyle w:val="Heading1"/>
      </w:pPr>
      <w:r>
        <w:t>15. Portfolio Summary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4F6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i/>
                <w:sz w:val="19"/>
              </w:rPr>
              <w:t>This becomes the short version you can use on LinkedIn, your CV, or in an interview.</w:t>
            </w:r>
          </w:p>
        </w:tc>
      </w:tr>
    </w:tbl>
    <w:p/>
    <w:p>
      <w:r>
        <w:rPr>
          <w:b/>
        </w:rPr>
        <w:t>Write a 3-5 sentence summary of the problem, your approach, key artifacts, recommendation, and result you would expect.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r>
        <w:rPr>
          <w:b/>
        </w:rPr>
        <w:t>List the BA skills demonstrated by this project.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r>
        <w:rPr>
          <w:b/>
        </w:rPr>
        <w:t>Artifacts / Evidence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pPr>
        <w:spacing w:after="20"/>
      </w:pPr>
      <w:r>
        <w:rPr>
          <w:color w:val="B4B4B4"/>
        </w:rPr>
        <w:t>________________________________________________________________________________</w:t>
      </w:r>
    </w:p>
    <w:p>
      <w:r>
        <w:br w:type="page"/>
      </w:r>
    </w:p>
    <w:p>
      <w:pPr>
        <w:pStyle w:val="Heading1"/>
      </w:pPr>
      <w:r>
        <w:t>Final Quality Check</w:t>
      </w:r>
    </w:p>
    <w:p>
      <w:r>
        <w:t>☐  Can someone understand the problem without speaking to you?</w:t>
      </w:r>
    </w:p>
    <w:p>
      <w:r>
        <w:t>☐  Are facts, assumptions, and recommendations clearly separated?</w:t>
      </w:r>
    </w:p>
    <w:p>
      <w:r>
        <w:t>☐  Do your requirements trace back to the problem?</w:t>
      </w:r>
    </w:p>
    <w:p>
      <w:r>
        <w:t>☐  Have you covered failure scenarios, not only the happy path?</w:t>
      </w:r>
    </w:p>
    <w:p>
      <w:r>
        <w:t>☐  Can your acceptance criteria and UAT scenarios actually be tested?</w:t>
      </w:r>
    </w:p>
    <w:p>
      <w:r>
        <w:t>☐  Does the portfolio show how you think, not just what documents you produced?</w:t>
      </w:r>
    </w:p>
    <w:p>
      <w:r>
        <w:t>☐  Could you explain every artifact in an interview without reading from it?</w:t>
      </w:r>
    </w:p>
    <w:p/>
    <w:tbl>
      <w:tblPr>
        <w:tblW w:type="auto" w:w="0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2F2F2"/>
            <w:tcMar>
              <w:top w:w="180" w:type="dxa"/>
              <w:start w:w="180" w:type="dxa"/>
              <w:bottom w:w="180" w:type="dxa"/>
              <w:end w:w="180" w:type="dxa"/>
            </w:tcMar>
          </w:tcPr>
          <w:p>
            <w:pPr>
              <w:jc w:val="center"/>
            </w:pPr>
            <w:r>
              <w:rPr>
                <w:b/>
                <w:sz w:val="24"/>
              </w:rPr>
              <w:t>A strong BA portfolio does not imitate experience. It creates evidence of analysis.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787878"/>
        <w:sz w:val="16"/>
      </w:rPr>
      <w:t>Business Analyst Portfolio Project Template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365F91" w:themeColor="accent1" w:themeShade="BF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4F81BD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17365D" w:themeColor="text2" w:themeShade="BF"/>
      <w:spacing w:val="5"/>
      <w:kern w:val="28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